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22"/>
        </w:rPr>
        <w:t>Numele unităţii .......................................................</w:t>
      </w:r>
    </w:p>
    <w:p>
      <w:pPr>
        <w:jc w:val="center"/>
      </w:pPr>
      <w:r>
        <w:rPr>
          <w:b w:val="0"/>
          <w:sz w:val="22"/>
        </w:rPr>
        <w:t>Adresa unităţii .......................................................  CUI .......................................................</w:t>
      </w:r>
    </w:p>
    <w:p>
      <w:pPr>
        <w:jc w:val="center"/>
      </w:pPr>
      <w:r>
        <w:rPr>
          <w:b w:val="0"/>
          <w:sz w:val="22"/>
        </w:rPr>
        <w:t>Nr. înreg. .......................................................  Data .......................................................</w:t>
      </w:r>
    </w:p>
    <w:p/>
    <w:p>
      <w:pPr>
        <w:jc w:val="center"/>
      </w:pPr>
      <w:r>
        <w:rPr>
          <w:b/>
          <w:sz w:val="28"/>
        </w:rPr>
        <w:t>A D E V E R I N Ţ Ă</w:t>
      </w:r>
    </w:p>
    <w:p>
      <w:pPr>
        <w:jc w:val="center"/>
      </w:pPr>
      <w:r>
        <w:rPr>
          <w:b w:val="0"/>
          <w:sz w:val="22"/>
        </w:rPr>
        <w:t>de salariat</w:t>
      </w:r>
    </w:p>
    <w:p/>
    <w:p>
      <w:pPr>
        <w:jc w:val="both"/>
      </w:pPr>
      <w:r>
        <w:t>Subsemnatul/Subsemnata ......................................................., legitimat/legitimată cu C.I. seria ....................................................... nr. ....................................................... CNP ......................................................., domiciliat/domiciliată în .......................................................,</w:t>
      </w:r>
    </w:p>
    <w:p>
      <w:pPr>
        <w:jc w:val="both"/>
      </w:pPr>
      <w:r>
        <w:t>în calitate de ....................................................... al/allei ......................................................., S.C. ....................................................... S.R.L., cu sediul în ......................................................., CUI .......................................................,</w:t>
      </w:r>
    </w:p>
    <w:p>
      <w:pPr>
        <w:jc w:val="both"/>
      </w:pPr>
      <w:r>
        <w:t>adeveresc prin prezenta că doamna/domnul ....................................................... este/ a fost angajat(ă) în această societate în funcţia de ....................................................... începând cu data de ....................................................... până în prezent / până la data de ........................................................</w:t>
      </w:r>
    </w:p>
    <w:p>
      <w:pPr>
        <w:jc w:val="both"/>
      </w:pPr>
      <w:r>
        <w:t>Domeniul de activitate: ........................................................ Program de lucru: ........................................................</w:t>
      </w:r>
    </w:p>
    <w:p>
      <w:pPr>
        <w:jc w:val="both"/>
      </w:pPr>
      <w:r>
        <w:t>Motivul eliberării acestei adeverinţe: ........................................................</w:t>
      </w:r>
    </w:p>
    <w:p/>
    <w:p>
      <w:r>
        <w:t>Data: .......................................................</w:t>
      </w:r>
      <w:r>
        <w:rPr>
          <w:b/>
        </w:rPr>
        <w:br/>
        <w:br/>
        <w:t>Semnătura şi ştampila (conducătorul unităţii)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