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sz w:val="22"/>
        </w:rPr>
        <w:t>Denumirea unităţii .......................................................</w:t>
      </w:r>
    </w:p>
    <w:p>
      <w:pPr>
        <w:jc w:val="center"/>
      </w:pPr>
      <w:r>
        <w:rPr>
          <w:b w:val="0"/>
          <w:sz w:val="22"/>
        </w:rPr>
        <w:t>Adresa unităţii .......................................................</w:t>
      </w:r>
    </w:p>
    <w:p>
      <w:pPr>
        <w:jc w:val="center"/>
      </w:pPr>
      <w:r>
        <w:rPr>
          <w:b w:val="0"/>
          <w:sz w:val="22"/>
        </w:rPr>
        <w:t>Localitatea .......................................................  Tel. .......................................................  Fax .......................................................</w:t>
      </w:r>
    </w:p>
    <w:p>
      <w:pPr>
        <w:jc w:val="center"/>
      </w:pPr>
      <w:r>
        <w:rPr>
          <w:b w:val="0"/>
          <w:sz w:val="22"/>
        </w:rPr>
        <w:t>Cod Unic de Înregistrare .......................................................  Nr. înreg. .......................................................  Data .......................................................</w:t>
      </w:r>
    </w:p>
    <w:p>
      <w:pPr>
        <w:jc w:val="center"/>
      </w:pPr>
      <w:r>
        <w:rPr>
          <w:b w:val="0"/>
          <w:sz w:val="22"/>
        </w:rPr>
        <w:t>Persoană de contact .......................................................</w:t>
      </w:r>
    </w:p>
    <w:p/>
    <w:p>
      <w:pPr>
        <w:jc w:val="center"/>
      </w:pPr>
      <w:r>
        <w:rPr>
          <w:b/>
          <w:sz w:val="28"/>
        </w:rPr>
        <w:t>A D E V E R I N Ţ Ă</w:t>
      </w:r>
    </w:p>
    <w:p>
      <w:pPr>
        <w:jc w:val="center"/>
      </w:pPr>
      <w:r>
        <w:rPr>
          <w:b w:val="0"/>
          <w:sz w:val="22"/>
        </w:rPr>
        <w:t>(model orientativ)</w:t>
      </w:r>
    </w:p>
    <w:p/>
    <w:p>
      <w:pPr>
        <w:jc w:val="both"/>
      </w:pPr>
      <w:r>
        <w:t>Societatea ....................................................... cu sediul în localitatea ....................................................... str. ....................................................... nr. ....................................................... sectorul (judeţul) .......................................................,</w:t>
      </w:r>
    </w:p>
    <w:p>
      <w:pPr>
        <w:jc w:val="both"/>
      </w:pPr>
      <w:r>
        <w:t>înregistrată la Registrul Comerţului sub nr. ......................................................., CUI .......................................................,</w:t>
      </w:r>
    </w:p>
    <w:p>
      <w:pPr>
        <w:jc w:val="both"/>
      </w:pPr>
      <w:r>
        <w:t>adeverim prin prezenta faptul că domnul / doamna ....................................................... este salariat(ă) al/a unităţii noastre în funcţia de ......................................................., cu CIM nr. ....................................................... din data de ....................................................... pe perioadă nedeterminată / determinată.</w:t>
      </w:r>
    </w:p>
    <w:p>
      <w:pPr>
        <w:jc w:val="both"/>
      </w:pPr>
      <w:r>
        <w:t>Doamna/domnul ....................................................... are CIM suspendat, fiind în „concediu pentru creşterea copilului în vârstă de până la 2 ani” de la ....................................................... până la ....................................................... (dacă este cazul).</w:t>
      </w:r>
    </w:p>
    <w:p>
      <w:pPr>
        <w:jc w:val="both"/>
      </w:pPr>
      <w:r>
        <w:t>Doamna/domnul ....................................................... îşi reia / şi-a reluat activitatea în cadrul firmei noastre începând cu data de ....................................................... conform cererii aprobate / deciziei / dispoziţiei nr. ....................................................... din ....................................................... (dacă este cazul).</w:t>
      </w:r>
    </w:p>
    <w:p>
      <w:pPr>
        <w:jc w:val="both"/>
      </w:pPr>
      <w:r>
        <w:t>Cunoscând prevederile art. 326 din Codul Penal, ne asumăm întraga responsabilitate cu privire la datele menţionate în prezentul document şi confirmăm că persoanele semnatare ale prezentei adeverinţe angajează răspunderea noastră cu privire la realitatea informaţiilor cuprinse în prezenta.</w:t>
      </w:r>
    </w:p>
    <w:p/>
    <w:p>
      <w:pPr>
        <w:jc w:val="right"/>
      </w:pPr>
      <w:r>
        <w:t>Reprezentant legal / funcţia: .......................................................    Nume şi prenume: .......................................................    Semnătura: .......................................................</w:t>
      </w:r>
    </w:p>
    <w:p/>
    <w:p>
      <w:pPr>
        <w:jc w:val="right"/>
      </w:pPr>
      <w:r>
        <w:t>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